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32F2F"/>
          <w:sz w:val="20"/>
        </w:rPr>
        <w:t>※ 샘플 양식입니다. 실제 사용 시 상황에 맞게 수정하여 사용하세요.</w:t>
      </w:r>
    </w:p>
    <w:p>
      <w:pPr>
        <w:pStyle w:val="Heading1"/>
      </w:pPr>
      <w:r>
        <w:t>견 적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공급자 상호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사업자등록번호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대표자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주 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연 락 처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공급받는자</w:t>
            </w:r>
          </w:p>
        </w:tc>
        <w:tc>
          <w:tcPr>
            <w:tcW w:type="dxa" w:w="4320"/>
          </w:tcPr>
          <w:p>
            <w:r>
              <w:t>상호/성명:               연락처: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작성일자</w:t>
            </w:r>
          </w:p>
        </w:tc>
        <w:tc>
          <w:tcPr>
            <w:tcW w:type="dxa" w:w="4320"/>
          </w:tcPr>
          <w:p>
            <w:r>
              <w:t>20  년   월   일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견적 유효기간</w:t>
            </w:r>
          </w:p>
        </w:tc>
        <w:tc>
          <w:tcPr>
            <w:tcW w:type="dxa" w:w="4320"/>
          </w:tcPr>
          <w:p>
            <w:r>
              <w:t>작성일로부터   일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품명</w:t>
            </w:r>
          </w:p>
        </w:tc>
        <w:tc>
          <w:tcPr>
            <w:tcW w:type="dxa" w:w="1440"/>
          </w:tcPr>
          <w:p>
            <w:r>
              <w:rPr>
                <w:b/>
              </w:rPr>
              <w:t>규격</w:t>
            </w:r>
          </w:p>
        </w:tc>
        <w:tc>
          <w:tcPr>
            <w:tcW w:type="dxa" w:w="1440"/>
          </w:tcPr>
          <w:p>
            <w:r>
              <w:rPr>
                <w:b/>
              </w:rPr>
              <w:t>수량</w:t>
            </w:r>
          </w:p>
        </w:tc>
        <w:tc>
          <w:tcPr>
            <w:tcW w:type="dxa" w:w="1440"/>
          </w:tcPr>
          <w:p>
            <w:r>
              <w:rPr>
                <w:b/>
              </w:rPr>
              <w:t>단가</w:t>
            </w:r>
          </w:p>
        </w:tc>
        <w:tc>
          <w:tcPr>
            <w:tcW w:type="dxa" w:w="1440"/>
          </w:tcPr>
          <w:p>
            <w:r>
              <w:rPr>
                <w:b/>
              </w:rPr>
              <w:t>공급가액</w:t>
            </w:r>
          </w:p>
        </w:tc>
        <w:tc>
          <w:tcPr>
            <w:tcW w:type="dxa" w:w="1440"/>
          </w:tcPr>
          <w:p>
            <w:r>
              <w:rPr>
                <w:b/>
              </w:rPr>
              <w:t>비고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합계금액</w:t>
            </w:r>
          </w:p>
        </w:tc>
        <w:tc>
          <w:tcPr>
            <w:tcW w:type="dxa" w:w="4320"/>
          </w:tcPr>
          <w:p>
            <w:r>
              <w:t>일금                 원정 (₩               )  ※ 부가세 별도 / 포함</w:t>
            </w:r>
          </w:p>
        </w:tc>
      </w:tr>
    </w:tbl>
    <w:p/>
    <w:p>
      <w:r>
        <w:rPr>
          <w:b/>
          <w:sz w:val="22"/>
        </w:rPr>
        <w:t>위와 같이 견적합니다.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작성자</w:t>
            </w:r>
          </w:p>
        </w:tc>
        <w:tc>
          <w:tcPr>
            <w:tcW w:type="dxa" w:w="4320"/>
          </w:tcPr>
          <w:p>
            <w:r>
              <w:t xml:space="preserve">             (인)</w:t>
            </w:r>
          </w:p>
        </w:tc>
      </w:tr>
    </w:tbl>
    <w:p/>
    <w:p/>
    <w:p>
      <w:r>
        <w:rPr>
          <w:b/>
          <w:sz w:val="28"/>
        </w:rPr>
        <w:t>거 래 명 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거래일자</w:t>
            </w:r>
          </w:p>
        </w:tc>
        <w:tc>
          <w:tcPr>
            <w:tcW w:type="dxa" w:w="4320"/>
          </w:tcPr>
          <w:p>
            <w:r>
              <w:t>20  년   월   일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공급자</w:t>
            </w:r>
          </w:p>
        </w:tc>
        <w:tc>
          <w:tcPr>
            <w:tcW w:type="dxa" w:w="4320"/>
          </w:tcPr>
          <w:p>
            <w:r>
              <w:t>상호:               (인)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공급받는자</w:t>
            </w:r>
          </w:p>
        </w:tc>
        <w:tc>
          <w:tcPr>
            <w:tcW w:type="dxa" w:w="4320"/>
          </w:tcPr>
          <w:p>
            <w:r>
              <w:t>상호/성명: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품명</w:t>
            </w:r>
          </w:p>
        </w:tc>
        <w:tc>
          <w:tcPr>
            <w:tcW w:type="dxa" w:w="1728"/>
          </w:tcPr>
          <w:p>
            <w:r>
              <w:rPr>
                <w:b/>
              </w:rPr>
              <w:t>규격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수량</w:t>
            </w:r>
          </w:p>
        </w:tc>
        <w:tc>
          <w:tcPr>
            <w:tcW w:type="dxa" w:w="1728"/>
          </w:tcPr>
          <w:p>
            <w:r>
              <w:rPr>
                <w:b/>
              </w:rPr>
              <w:t>단가</w:t>
            </w:r>
          </w:p>
        </w:tc>
        <w:tc>
          <w:tcPr>
            <w:tcW w:type="dxa" w:w="1728"/>
          </w:tcPr>
          <w:p>
            <w:r>
              <w:rPr>
                <w:b/>
              </w:rPr>
              <w:t>금액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합계금액</w:t>
            </w:r>
          </w:p>
        </w:tc>
        <w:tc>
          <w:tcPr>
            <w:tcW w:type="dxa" w:w="4320"/>
          </w:tcPr>
          <w:p>
            <w:r>
              <w:t>₩</w:t>
            </w:r>
          </w:p>
        </w:tc>
      </w:tr>
    </w:tbl>
    <w:p/>
    <w:p>
      <w:r>
        <w:rPr>
          <w:b w:val="0"/>
          <w:sz w:val="22"/>
        </w:rPr>
        <w:t>위 물품을 인수하였음을 확인합니다.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인수자</w:t>
            </w:r>
          </w:p>
        </w:tc>
        <w:tc>
          <w:tcPr>
            <w:tcW w:type="dxa" w:w="4320"/>
          </w:tcPr>
          <w:p>
            <w:r>
              <w:t>성명:               (인)   일자: 20  년   월   일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