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32F2F"/>
          <w:sz w:val="20"/>
        </w:rPr>
        <w:t>※ 샘플 양식입니다. 실제 사용 시 상황에 맞게 수정하여 사용하세요.</w:t>
      </w:r>
    </w:p>
    <w:p>
      <w:pPr>
        <w:pStyle w:val="Heading1"/>
      </w:pPr>
      <w:r>
        <w:t>내 용 증 명</w:t>
      </w:r>
    </w:p>
    <w:p>
      <w:r>
        <w:rPr>
          <w:b w:val="0"/>
          <w:sz w:val="20"/>
        </w:rPr>
        <w:t>우체국이 발송 사실·발송일·내용을 증명하는 문서입니다. 원본 1통 + 등본 2통, 총 3부를 A4 용지로 준비하세요.</w:t>
      </w:r>
    </w:p>
    <w:p>
      <w:r>
        <w:rPr>
          <w:b/>
          <w:sz w:val="22"/>
        </w:rPr>
        <w:t>■ 발신인 (보내는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성 명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주 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연 락 처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b/>
          <w:sz w:val="22"/>
        </w:rPr>
        <w:t>■ 수신인 (받는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성 명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주 소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b/>
          <w:sz w:val="22"/>
        </w:rPr>
        <w:t>■ 제목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제 목</w:t>
            </w:r>
          </w:p>
        </w:tc>
        <w:tc>
          <w:tcPr>
            <w:tcW w:type="dxa" w:w="4320"/>
          </w:tcPr>
          <w:p>
            <w:r>
              <w:t>예) 대금 지급 청구, 계약 해지 통보 등</w:t>
            </w:r>
          </w:p>
        </w:tc>
      </w:tr>
    </w:tbl>
    <w:p/>
    <w:p>
      <w:r>
        <w:rPr>
          <w:b/>
          <w:sz w:val="22"/>
        </w:rPr>
        <w:t>■ 본문 (육하원칙: 누가·언제·어디서·무엇을·왜·어떻게 — 감정 표현 없이 객관적으로)</w:t>
      </w:r>
    </w:p>
    <w:p>
      <w:r>
        <w:t xml:space="preserve">　</w:t>
      </w:r>
    </w:p>
    <w:p>
      <w:r>
        <w:t xml:space="preserve">　</w:t>
      </w:r>
    </w:p>
    <w:p>
      <w:r>
        <w:t xml:space="preserve">　</w:t>
      </w:r>
    </w:p>
    <w:p>
      <w:r>
        <w:t xml:space="preserve">　</w:t>
      </w:r>
    </w:p>
    <w:p>
      <w:r>
        <w:t xml:space="preserve">　</w:t>
      </w:r>
    </w:p>
    <w:p>
      <w:r>
        <w:t xml:space="preserve">　</w:t>
      </w:r>
    </w:p>
    <w:p>
      <w:r>
        <w:t xml:space="preserve">　</w:t>
      </w:r>
    </w:p>
    <w:p>
      <w:r>
        <w:t xml:space="preserve">　</w:t>
      </w:r>
    </w:p>
    <w:p/>
    <w:p>
      <w:r>
        <w:rPr>
          <w:b w:val="0"/>
          <w:sz w:val="22"/>
        </w:rPr>
        <w:t>위와 같은 내용의 문서를 발송하였음을 증명하기 위하여 이 내용증명을 작성합니다.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작성일자</w:t>
            </w:r>
          </w:p>
        </w:tc>
        <w:tc>
          <w:tcPr>
            <w:tcW w:type="dxa" w:w="4320"/>
          </w:tcPr>
          <w:p>
            <w:r>
              <w:t>20  년   월   일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발신인</w:t>
            </w:r>
          </w:p>
        </w:tc>
        <w:tc>
          <w:tcPr>
            <w:tcW w:type="dxa" w:w="4320"/>
          </w:tcPr>
          <w:p>
            <w:r>
              <w:t>성명:               (인)</w:t>
            </w:r>
          </w:p>
        </w:tc>
      </w:tr>
    </w:tbl>
    <w:p/>
    <w:p/>
    <w:p>
      <w:r>
        <w:rPr>
          <w:b w:val="0"/>
          <w:sz w:val="20"/>
        </w:rPr>
        <w:t>※ 정정·삽입·삭제가 있는 경우 정정 글자 수를 난외에 기재하고 날인해야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